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- חג האורים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הכתבות על חג חנוכה מהעיתון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לחג ולשורש א-ו-ר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וכתיבה על נושא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8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נר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בכתבה שהחג נמשך 8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בערב האחרון מדליקים 8 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(ההפך מחושך)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(הנר שמדליק את שאר הנרות)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(צעצוע קטן שמסתובב)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(מאכל מתוק עם ריבה)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הדלקת הנרות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מכינים חנוכייה, נרות וגפרורים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אומרים ברכות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מדליקים את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השמש מדליק את שאר הנרות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ציפייה: אזכור נרות, מאכלים או בני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8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א-ו-ר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הכתבות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כדאי להסביר מראש את המילים שמש וסביבון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לתת דוגמה אחת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- חג האורים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בגיליון של עיתון קל קראנו כמה כתבות על חג חנוכה - חדשות, הסבר על הדלקת נרות, סיפור אישי של עולה חדשה, ומילה של היום. בדף הזה נתרגל את מה שקראנו.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השמש  ·  נר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ימים נמשך חג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8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נרות מדליקים בערב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 נרות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חנוכה נמשך 8 ימים.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בערב האחרון מדליקים נר אחד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בכל ערב מוסיפים עוד __________ בחנוכייה.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קודם מדליקים את __________, והוא מדליק את שאר הנרות.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הנר שמדליק את שאר הנרות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מאכל מתוק עם ריבה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ההפך מחושך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סופגנייה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צעצוע קטן שמסתובב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הדלקת הנרות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אומרים ברכות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השמש מדליק את שאר הנרות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מכינים חנוכייה, נרות וגפרורים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מדליקים את השמש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 על איך חוגגים חנוכה אצלכם בבית.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ימים נמשך חג 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נר מדליק את שאר הנרות?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חנוכה - חג האורים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