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הכתבות על חג חנוכה מהעיתון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לחג ולשורש א-ו-ר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על נושא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א-ו-ר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בכתבה שהחג נמשך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בערב האחרון מדליקים 8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הנס שהחג מזכיר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בכתבה על הדלקת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(ההפך מחושך)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(הנר שמדליק את שאר הנרות)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(צעצוע קטן שמסתובב)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(מאכל מתוק עם ריבה)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הדלקת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מכינים חנוכייה, נרות וגפרורים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מדליקים את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השמש מדליק את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אזכור נרות, מאכלים או בני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התייחסות לכך שזה חג ראשון בארץ חדשה, שכנים, ילדים בגן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א-ו-ר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הכתבות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להסביר מראש את המילים שמש וסביבון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דוגמה אחת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חג האורים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כתבות קצרות על חג חנוכה. נתרגל הבנה של הכתבות ומילים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מיוחד שמדליקים בו נרות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קטן שמסתובב, משחקים בו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סופגנייה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מתוק עם ריבה, אוכלים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מטוגן, אוכלים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 ולא מובן איך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הבסיסיות של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לומדים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נרות בערב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מדליק את הנרות האחרים?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הגפרור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א-ר-ץ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א-ו-ת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נמשך 8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האחרון מדליקים נר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הסיפור, השמן הספיק רק ליום אחד אבל דלק 8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את החנוכייה ליד החלון כדי שכולם בחוץ יראו את האור.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ערב מוסיפים עוד __________ בחנוכייה.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קודם מדליקים את __________, והוא מדליק את שאר הנרות.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משחקים ב__________ בחג 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אור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הנר שמדליק את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מאכל מתוק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ההפך מחושך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קטן שמסתובב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הדלקת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חנוכייה, נרות וגפרורים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מדליק את שאר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ברכות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איך חוגגים חנוכה אצלכם בבית.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אנה כותבת שהיא שמחה מאוד על החג הראשון שלה בישראל. לפי דעתכם, למה היא מרגישה כך?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נר מדליק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'אור'?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- חג האורים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