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הכתבות על חג חנוכה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לחג ולשורש א-ו-ר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א-ו-ר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שהחג נמשך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בערב האחרון מדליקים 8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הנס שהחג מזכיר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בכתבה על הדלקת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(ההפך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(הנר שמדליק את שאר הנרות)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(צעצוע קטן שמסתובב)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(מאכל מתוק עם ריבה)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חנוכייה, נרות וגפרורים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השמש מדליק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אזכור נרות, מאכלים או בני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התייחסות לכך שזה חג ראשון בארץ חדשה, שכנים, ילדים בגן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א-ו-ר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להסביר מראש את המילים שמש וסביבון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דוגמה אחת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בגיליון של עיתון קל קראנו כמה כתבות על חג חנוכה - חדשות, הסבר על הדלקת נרות, סיפור אישי של עולה חדשה, ומילה של היום. בדף הזה נתרגל את מה שקראנו.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נמשך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נרות מדליקים בערב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מדליק את שאר הנרות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הגפרור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הגיעה אנה, הגיבורה של הסיפור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'אור'?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א-ר-ץ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א-ו-ת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נמשך 8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האחרון מדליקים נר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הסיפור, השמן הספיק רק ליום אחד אבל דלק 8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החנוכייה ליד החלון כדי שכולם בחוץ יראו את האור.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ערב מוסיפים עוד __________ בחנוכייה.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קודם מדליקים את __________, והוא מדליק את שאר הנרות.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משחקים ב__________ בחג 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אור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הנר שמדליק את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ההפך מחושך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מאכל מתוק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קטן שמסתובב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מדליק את שאר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ברכות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חנוכייה, נרות וגפרורים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איך חוגגים חנוכה אצלכם בבית.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אנה כותבת שהיא שמחה מאוד על החג הראשון שלה בישראל. לפי דעתכם, למה היא מרגישה כך?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נר מדליק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'אור'?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חג האורים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